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AC0" w:rsidRPr="00B635BC" w:rsidRDefault="00FE2AC0" w:rsidP="00FE2AC0">
      <w:pPr>
        <w:jc w:val="right"/>
        <w:rPr>
          <w:sz w:val="20"/>
          <w:szCs w:val="20"/>
        </w:rPr>
      </w:pPr>
      <w:r w:rsidRPr="00B635BC">
        <w:rPr>
          <w:sz w:val="20"/>
          <w:szCs w:val="20"/>
        </w:rPr>
        <w:t xml:space="preserve">Załącznik </w:t>
      </w:r>
      <w:proofErr w:type="spellStart"/>
      <w:r w:rsidRPr="00B635BC">
        <w:rPr>
          <w:sz w:val="20"/>
          <w:szCs w:val="20"/>
        </w:rPr>
        <w:t>nr</w:t>
      </w:r>
      <w:proofErr w:type="spellEnd"/>
      <w:r w:rsidR="006F09E0" w:rsidRPr="00B635BC">
        <w:rPr>
          <w:sz w:val="20"/>
          <w:szCs w:val="20"/>
        </w:rPr>
        <w:t xml:space="preserve"> 3</w:t>
      </w:r>
      <w:bookmarkStart w:id="0" w:name="_GoBack"/>
      <w:bookmarkEnd w:id="0"/>
    </w:p>
    <w:p w:rsidR="008E617F" w:rsidRDefault="005D4390">
      <w:pPr>
        <w:jc w:val="center"/>
      </w:pPr>
      <w:r>
        <w:rPr>
          <w:b/>
        </w:rPr>
        <w:t>UMOWA UCZESTNICTWA W PROJEKCIE</w:t>
      </w:r>
      <w:r>
        <w:rPr>
          <w:b/>
        </w:rPr>
        <w:br/>
      </w:r>
      <w:r w:rsidR="006163EC" w:rsidRPr="005D4390">
        <w:rPr>
          <w:b/>
          <w:i/>
        </w:rPr>
        <w:t xml:space="preserve">POKONUJĘ </w:t>
      </w:r>
      <w:r w:rsidRPr="005D4390">
        <w:rPr>
          <w:b/>
          <w:i/>
        </w:rPr>
        <w:t>BARIERY, INWESTUJĘ W PRZYSZŁOŚĆ</w:t>
      </w:r>
    </w:p>
    <w:p w:rsidR="008E617F" w:rsidRPr="004752D0" w:rsidRDefault="006163EC">
      <w:pPr>
        <w:jc w:val="center"/>
        <w:rPr>
          <w:b/>
        </w:rPr>
      </w:pPr>
      <w:r w:rsidRPr="004752D0">
        <w:rPr>
          <w:b/>
        </w:rPr>
        <w:t>Projekt nr FELD.08.07-IZ.00-0063/25</w:t>
      </w:r>
    </w:p>
    <w:p w:rsidR="008E617F" w:rsidRDefault="006163EC">
      <w:pPr>
        <w:jc w:val="both"/>
      </w:pPr>
      <w:proofErr w:type="spellStart"/>
      <w:r>
        <w:t>Umowa</w:t>
      </w:r>
      <w:proofErr w:type="spellEnd"/>
      <w:r>
        <w:t xml:space="preserve"> </w:t>
      </w:r>
      <w:proofErr w:type="spellStart"/>
      <w:r>
        <w:t>zawarta</w:t>
      </w:r>
      <w:proofErr w:type="spellEnd"/>
      <w:r>
        <w:t xml:space="preserve"> </w:t>
      </w:r>
      <w:proofErr w:type="spellStart"/>
      <w:r>
        <w:t>pomiędzy</w:t>
      </w:r>
      <w:proofErr w:type="spellEnd"/>
      <w:r>
        <w:t xml:space="preserve"> </w:t>
      </w:r>
      <w:proofErr w:type="spellStart"/>
      <w:r>
        <w:t>Gminą</w:t>
      </w:r>
      <w:proofErr w:type="spellEnd"/>
      <w:r>
        <w:t xml:space="preserve"> </w:t>
      </w:r>
      <w:proofErr w:type="spellStart"/>
      <w:r>
        <w:t>Mi</w:t>
      </w:r>
      <w:r w:rsidR="005D4390">
        <w:t>asto</w:t>
      </w:r>
      <w:proofErr w:type="spellEnd"/>
      <w:r w:rsidR="005D4390">
        <w:t xml:space="preserve"> </w:t>
      </w:r>
      <w:proofErr w:type="spellStart"/>
      <w:r w:rsidR="005D4390">
        <w:t>Bełchatów</w:t>
      </w:r>
      <w:proofErr w:type="spellEnd"/>
      <w:r w:rsidR="005D4390">
        <w:t xml:space="preserve"> – </w:t>
      </w:r>
      <w:proofErr w:type="spellStart"/>
      <w:r w:rsidR="005D4390">
        <w:t>Beneficjentem</w:t>
      </w:r>
      <w:proofErr w:type="spellEnd"/>
      <w:r w:rsidR="005D4390">
        <w:t xml:space="preserve"> </w:t>
      </w:r>
      <w:proofErr w:type="spellStart"/>
      <w:r w:rsidR="005D4390">
        <w:t>P</w:t>
      </w:r>
      <w:r>
        <w:t>rojektu</w:t>
      </w:r>
      <w:proofErr w:type="spellEnd"/>
      <w:r>
        <w:t xml:space="preserve">, </w:t>
      </w:r>
      <w:proofErr w:type="spellStart"/>
      <w:r>
        <w:t>realizowan</w:t>
      </w:r>
      <w:r w:rsidR="005D4390">
        <w:t>ego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Szkołę</w:t>
      </w:r>
      <w:proofErr w:type="spellEnd"/>
      <w:r>
        <w:t xml:space="preserve"> </w:t>
      </w:r>
      <w:proofErr w:type="spellStart"/>
      <w:r>
        <w:t>Podstawową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 1 </w:t>
      </w:r>
      <w:proofErr w:type="spellStart"/>
      <w:r>
        <w:t>im</w:t>
      </w:r>
      <w:proofErr w:type="spellEnd"/>
      <w:r>
        <w:t xml:space="preserve">. </w:t>
      </w:r>
      <w:proofErr w:type="spellStart"/>
      <w:r>
        <w:t>Stanisława</w:t>
      </w:r>
      <w:proofErr w:type="spellEnd"/>
      <w:r>
        <w:t xml:space="preserve"> </w:t>
      </w:r>
      <w:proofErr w:type="spellStart"/>
      <w:r>
        <w:t>Jachowicza</w:t>
      </w:r>
      <w:proofErr w:type="spellEnd"/>
      <w:r w:rsidR="004752D0">
        <w:br/>
      </w:r>
      <w:r>
        <w:t xml:space="preserve"> z </w:t>
      </w:r>
      <w:proofErr w:type="spellStart"/>
      <w:r w:rsidR="004752D0">
        <w:t>oddziałami</w:t>
      </w:r>
      <w:proofErr w:type="spellEnd"/>
      <w:r w:rsidR="004752D0">
        <w:t xml:space="preserve"> </w:t>
      </w:r>
      <w:proofErr w:type="spellStart"/>
      <w:r w:rsidR="004752D0">
        <w:t>i</w:t>
      </w:r>
      <w:r w:rsidR="005D0B19">
        <w:t>ntegracyjnymi</w:t>
      </w:r>
      <w:proofErr w:type="spellEnd"/>
      <w:r w:rsidR="005D0B19">
        <w:t xml:space="preserve"> w </w:t>
      </w:r>
      <w:proofErr w:type="spellStart"/>
      <w:r w:rsidR="005D0B19">
        <w:t>Bełchatowie</w:t>
      </w:r>
      <w:proofErr w:type="spellEnd"/>
      <w:r w:rsidR="005D4390">
        <w:t xml:space="preserve"> </w:t>
      </w:r>
      <w:r>
        <w:t xml:space="preserve">a </w:t>
      </w:r>
      <w:proofErr w:type="spellStart"/>
      <w:r>
        <w:t>przedstawicielem</w:t>
      </w:r>
      <w:proofErr w:type="spellEnd"/>
      <w:r>
        <w:t xml:space="preserve"> </w:t>
      </w:r>
      <w:proofErr w:type="spellStart"/>
      <w:r>
        <w:t>ustawowym</w:t>
      </w:r>
      <w:proofErr w:type="spellEnd"/>
      <w:r>
        <w:t xml:space="preserve"> </w:t>
      </w:r>
      <w:proofErr w:type="spellStart"/>
      <w:r>
        <w:t>uczestnika</w:t>
      </w:r>
      <w:proofErr w:type="spellEnd"/>
      <w:r>
        <w:t xml:space="preserve"> </w:t>
      </w:r>
      <w:proofErr w:type="spellStart"/>
      <w:r>
        <w:t>projektu</w:t>
      </w:r>
      <w:proofErr w:type="spellEnd"/>
      <w:r w:rsidR="005D4390">
        <w:t xml:space="preserve"> </w:t>
      </w:r>
      <w:r w:rsidR="005D0B19">
        <w:t xml:space="preserve"> w </w:t>
      </w:r>
      <w:proofErr w:type="spellStart"/>
      <w:r w:rsidR="005D0B19">
        <w:t>dniu</w:t>
      </w:r>
      <w:proofErr w:type="spellEnd"/>
      <w:r w:rsidR="005D0B19">
        <w:t xml:space="preserve"> …………………………………………………………...</w:t>
      </w:r>
      <w:r>
        <w:t>.</w:t>
      </w:r>
    </w:p>
    <w:p w:rsidR="004752D0" w:rsidRDefault="006163EC" w:rsidP="004752D0">
      <w:pPr>
        <w:rPr>
          <w:b/>
        </w:rPr>
      </w:pPr>
      <w:r w:rsidRPr="004752D0">
        <w:rPr>
          <w:b/>
        </w:rPr>
        <w:t xml:space="preserve">§1. Dane </w:t>
      </w:r>
      <w:proofErr w:type="spellStart"/>
      <w:r w:rsidRPr="004752D0">
        <w:rPr>
          <w:b/>
        </w:rPr>
        <w:t>stron</w:t>
      </w:r>
      <w:proofErr w:type="spellEnd"/>
    </w:p>
    <w:p w:rsidR="008E617F" w:rsidRDefault="006163EC" w:rsidP="004752D0">
      <w:r>
        <w:br/>
        <w:t>Imię i nazwisko ucznia: ..............................................</w:t>
      </w:r>
      <w:r w:rsidR="004752D0">
        <w:t>.............................................</w:t>
      </w:r>
      <w:r>
        <w:br/>
        <w:t>PESEL: .............................................. Klasa: ...............</w:t>
      </w:r>
      <w:r>
        <w:br/>
        <w:t>Imię i nazwisko rodzica/opiekuna prawnego: ..............................................</w:t>
      </w:r>
      <w:r w:rsidR="004752D0">
        <w:t>...........</w:t>
      </w:r>
    </w:p>
    <w:p w:rsidR="004752D0" w:rsidRDefault="006163EC" w:rsidP="004752D0">
      <w:pPr>
        <w:rPr>
          <w:b/>
        </w:rPr>
      </w:pPr>
      <w:r w:rsidRPr="004752D0">
        <w:rPr>
          <w:b/>
        </w:rPr>
        <w:t xml:space="preserve">§2. </w:t>
      </w:r>
      <w:proofErr w:type="spellStart"/>
      <w:r w:rsidRPr="004752D0">
        <w:rPr>
          <w:b/>
        </w:rPr>
        <w:t>Przedmiot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umowy</w:t>
      </w:r>
      <w:proofErr w:type="spellEnd"/>
    </w:p>
    <w:p w:rsidR="008E617F" w:rsidRDefault="006163EC" w:rsidP="004752D0">
      <w:r>
        <w:br/>
        <w:t>Przedmiotem umowy jest udział ucznia w projekcie realizowanym od 01.02.2026 r. do 30.06.2027 r. w ramach Programu Fundusze Europejskie dla Łódzkiego 2021-2027.</w:t>
      </w:r>
    </w:p>
    <w:p w:rsidR="004752D0" w:rsidRDefault="006163EC" w:rsidP="004752D0">
      <w:pPr>
        <w:rPr>
          <w:b/>
        </w:rPr>
      </w:pPr>
      <w:r w:rsidRPr="004752D0">
        <w:rPr>
          <w:b/>
        </w:rPr>
        <w:t xml:space="preserve">§3. </w:t>
      </w:r>
      <w:proofErr w:type="spellStart"/>
      <w:r w:rsidRPr="004752D0">
        <w:rPr>
          <w:b/>
        </w:rPr>
        <w:t>Oświadczenia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przedstawiciela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ustawowego</w:t>
      </w:r>
      <w:proofErr w:type="spellEnd"/>
    </w:p>
    <w:p w:rsidR="008E617F" w:rsidRDefault="006163EC" w:rsidP="004752D0">
      <w:r>
        <w:br/>
        <w:t>1. Zapoznałem/am się z Regulaminem projektu i akceptuję jego postanowienia.</w:t>
      </w:r>
      <w:r>
        <w:br/>
        <w:t>2. Potwierdzam prawdziwość danych zawartych w dokumentach rekrutacyjnych.</w:t>
      </w:r>
      <w:r>
        <w:br/>
        <w:t>3. Wyrażam zgodę na udział dziecka w projekcie oraz przyznanych formach wsparcia.</w:t>
      </w:r>
      <w:r>
        <w:br/>
        <w:t>4. Zobowiązuję się do niezwłocznego informowania o zmianie danych.</w:t>
      </w:r>
    </w:p>
    <w:p w:rsidR="004752D0" w:rsidRDefault="006163EC" w:rsidP="004752D0">
      <w:pPr>
        <w:rPr>
          <w:b/>
        </w:rPr>
      </w:pPr>
      <w:r w:rsidRPr="004752D0">
        <w:rPr>
          <w:b/>
        </w:rPr>
        <w:t xml:space="preserve">§4. </w:t>
      </w:r>
      <w:proofErr w:type="spellStart"/>
      <w:r w:rsidRPr="004752D0">
        <w:rPr>
          <w:b/>
        </w:rPr>
        <w:t>Formy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wsparcia</w:t>
      </w:r>
      <w:proofErr w:type="spellEnd"/>
    </w:p>
    <w:p w:rsidR="008E617F" w:rsidRDefault="006163EC" w:rsidP="004752D0">
      <w:r>
        <w:t>Uczeń zostaje zakwalifikowany do następujących form wsparcia (zaznaczyć):</w:t>
      </w:r>
      <w:r>
        <w:br/>
        <w:t>□ zajęcia rozwijające z języka angielskiego</w:t>
      </w:r>
      <w:r>
        <w:br/>
        <w:t>□ zajęcia wyrównawcze z języka angielskiego</w:t>
      </w:r>
      <w:r>
        <w:br/>
        <w:t>□ zajęcia rozwijające z matematyki</w:t>
      </w:r>
      <w:r>
        <w:br/>
        <w:t>□ zajęcia wyrównawcze z matematyki</w:t>
      </w:r>
      <w:r>
        <w:br/>
        <w:t xml:space="preserve">□ socjoterapia □ psychoedukacja □ terapia SI □ TUS □ </w:t>
      </w:r>
      <w:proofErr w:type="spellStart"/>
      <w:r>
        <w:t>kompetencje</w:t>
      </w:r>
      <w:proofErr w:type="spellEnd"/>
      <w:r>
        <w:t xml:space="preserve"> </w:t>
      </w:r>
      <w:proofErr w:type="spellStart"/>
      <w:r>
        <w:t>uczenia</w:t>
      </w:r>
      <w:proofErr w:type="spellEnd"/>
      <w:r>
        <w:t xml:space="preserve"> </w:t>
      </w:r>
      <w:proofErr w:type="spellStart"/>
      <w:r>
        <w:t>się</w:t>
      </w:r>
      <w:proofErr w:type="spellEnd"/>
    </w:p>
    <w:p w:rsidR="004752D0" w:rsidRDefault="004752D0" w:rsidP="004752D0"/>
    <w:p w:rsidR="008E617F" w:rsidRDefault="006163EC" w:rsidP="004752D0">
      <w:r w:rsidRPr="004752D0">
        <w:rPr>
          <w:b/>
        </w:rPr>
        <w:t>§5. Prawa i obowiązki uczestnika</w:t>
      </w:r>
      <w:r>
        <w:br/>
        <w:t>1. Udział w projekcie jest bezpłatny.</w:t>
      </w:r>
      <w:r>
        <w:br/>
        <w:t>2. Uczestnik zobowiązany jest do systematycznego udziału w zajęciach.</w:t>
      </w:r>
      <w:r>
        <w:br/>
        <w:t>3. Dopuszczalna liczba nieobecności wynosi maksymalnie 20% godzin danej formy wsparcia.</w:t>
      </w:r>
      <w:r>
        <w:br/>
        <w:t>4. Uczestnik bierze udział w testach, ankietach i działaniach monitoringowych projektu.</w:t>
      </w:r>
      <w:r>
        <w:br/>
        <w:t xml:space="preserve">5.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rezygnacji</w:t>
      </w:r>
      <w:proofErr w:type="spellEnd"/>
      <w:r>
        <w:t xml:space="preserve"> </w:t>
      </w:r>
      <w:proofErr w:type="spellStart"/>
      <w:r>
        <w:t>rodzic</w:t>
      </w:r>
      <w:proofErr w:type="spellEnd"/>
      <w:r>
        <w:t>/</w:t>
      </w:r>
      <w:proofErr w:type="spellStart"/>
      <w:r>
        <w:t>opiekun</w:t>
      </w:r>
      <w:proofErr w:type="spellEnd"/>
      <w:r>
        <w:t xml:space="preserve"> </w:t>
      </w:r>
      <w:proofErr w:type="spellStart"/>
      <w:r>
        <w:t>przedkłada</w:t>
      </w:r>
      <w:proofErr w:type="spellEnd"/>
      <w:r>
        <w:t xml:space="preserve"> </w:t>
      </w:r>
      <w:proofErr w:type="spellStart"/>
      <w:r>
        <w:t>pisemną</w:t>
      </w:r>
      <w:proofErr w:type="spellEnd"/>
      <w:r>
        <w:t xml:space="preserve"> </w:t>
      </w:r>
      <w:proofErr w:type="spellStart"/>
      <w:r>
        <w:t>informację</w:t>
      </w:r>
      <w:proofErr w:type="spellEnd"/>
      <w:r w:rsidR="004752D0">
        <w:br/>
      </w:r>
      <w:r>
        <w:t xml:space="preserve"> o </w:t>
      </w:r>
      <w:proofErr w:type="spellStart"/>
      <w:r>
        <w:t>przyczynach</w:t>
      </w:r>
      <w:proofErr w:type="spellEnd"/>
      <w:r>
        <w:t xml:space="preserve"> </w:t>
      </w:r>
      <w:proofErr w:type="spellStart"/>
      <w:r>
        <w:t>rezygnacji</w:t>
      </w:r>
      <w:proofErr w:type="spellEnd"/>
      <w:r>
        <w:t>.</w:t>
      </w:r>
    </w:p>
    <w:p w:rsidR="005D4390" w:rsidRDefault="006163EC" w:rsidP="004752D0">
      <w:pPr>
        <w:rPr>
          <w:b/>
        </w:rPr>
      </w:pPr>
      <w:r w:rsidRPr="004752D0">
        <w:rPr>
          <w:b/>
        </w:rPr>
        <w:t xml:space="preserve">§6. Monitoring </w:t>
      </w:r>
      <w:proofErr w:type="spellStart"/>
      <w:r w:rsidRPr="004752D0">
        <w:rPr>
          <w:b/>
        </w:rPr>
        <w:t>i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trwałość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rezultatów</w:t>
      </w:r>
      <w:proofErr w:type="spellEnd"/>
    </w:p>
    <w:p w:rsidR="008E617F" w:rsidRDefault="006163EC" w:rsidP="004752D0">
      <w:proofErr w:type="spellStart"/>
      <w:r>
        <w:t>Przedstawiciel</w:t>
      </w:r>
      <w:proofErr w:type="spellEnd"/>
      <w:r>
        <w:t xml:space="preserve"> </w:t>
      </w:r>
      <w:proofErr w:type="spellStart"/>
      <w:r>
        <w:t>ustawowy</w:t>
      </w:r>
      <w:proofErr w:type="spellEnd"/>
      <w:r>
        <w:t xml:space="preserve"> </w:t>
      </w:r>
      <w:proofErr w:type="spellStart"/>
      <w:r>
        <w:t>zobowiązuje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przekazania informacji niezbędnych do monitorowania projektu, w tym informacji o sytuacji uczestnika do 4 tygodni od zakończenia udziału w projekcie.</w:t>
      </w:r>
    </w:p>
    <w:p w:rsidR="004752D0" w:rsidRDefault="006163EC" w:rsidP="004752D0">
      <w:pPr>
        <w:rPr>
          <w:b/>
        </w:rPr>
      </w:pPr>
      <w:r w:rsidRPr="004752D0">
        <w:rPr>
          <w:b/>
        </w:rPr>
        <w:t xml:space="preserve">§7. </w:t>
      </w:r>
      <w:proofErr w:type="spellStart"/>
      <w:r w:rsidRPr="004752D0">
        <w:rPr>
          <w:b/>
        </w:rPr>
        <w:t>Ochrona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danych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osobowych</w:t>
      </w:r>
      <w:proofErr w:type="spellEnd"/>
    </w:p>
    <w:p w:rsidR="008E617F" w:rsidRDefault="006163EC" w:rsidP="004752D0">
      <w:proofErr w:type="spellStart"/>
      <w:r>
        <w:t>Przedstawiciel</w:t>
      </w:r>
      <w:proofErr w:type="spellEnd"/>
      <w:r>
        <w:t xml:space="preserve"> </w:t>
      </w:r>
      <w:proofErr w:type="spellStart"/>
      <w:r>
        <w:t>ustawowy</w:t>
      </w:r>
      <w:proofErr w:type="spellEnd"/>
      <w:r>
        <w:t xml:space="preserve"> </w:t>
      </w:r>
      <w:proofErr w:type="spellStart"/>
      <w:r>
        <w:t>potwierdza</w:t>
      </w:r>
      <w:proofErr w:type="spellEnd"/>
      <w:r>
        <w:t xml:space="preserve"> </w:t>
      </w:r>
      <w:proofErr w:type="spellStart"/>
      <w:r>
        <w:t>otrzymanie</w:t>
      </w:r>
      <w:proofErr w:type="spellEnd"/>
      <w:r>
        <w:t xml:space="preserve"> </w:t>
      </w:r>
      <w:proofErr w:type="spellStart"/>
      <w:r>
        <w:t>klauzuli</w:t>
      </w:r>
      <w:proofErr w:type="spellEnd"/>
      <w:r>
        <w:t xml:space="preserve"> RODO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deklaracji</w:t>
      </w:r>
      <w:proofErr w:type="spellEnd"/>
      <w:r>
        <w:t xml:space="preserve"> </w:t>
      </w:r>
      <w:proofErr w:type="spellStart"/>
      <w:r>
        <w:t>uczestnictwa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zobowiązuje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podawania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wymaganych</w:t>
      </w:r>
      <w:proofErr w:type="spellEnd"/>
      <w:r w:rsidR="004752D0">
        <w:br/>
      </w:r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Wytyczne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monitorowania</w:t>
      </w:r>
      <w:proofErr w:type="spellEnd"/>
      <w:r>
        <w:t xml:space="preserve"> </w:t>
      </w:r>
      <w:proofErr w:type="spellStart"/>
      <w:r>
        <w:t>postępu</w:t>
      </w:r>
      <w:proofErr w:type="spellEnd"/>
      <w:r>
        <w:t xml:space="preserve"> </w:t>
      </w:r>
      <w:proofErr w:type="spellStart"/>
      <w:r>
        <w:t>rzeczowego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2021-2027.</w:t>
      </w:r>
    </w:p>
    <w:p w:rsidR="004752D0" w:rsidRDefault="006163EC" w:rsidP="004752D0">
      <w:pPr>
        <w:rPr>
          <w:b/>
        </w:rPr>
      </w:pPr>
      <w:r w:rsidRPr="004752D0">
        <w:rPr>
          <w:b/>
        </w:rPr>
        <w:t xml:space="preserve">§8. </w:t>
      </w:r>
      <w:proofErr w:type="spellStart"/>
      <w:r w:rsidRPr="004752D0">
        <w:rPr>
          <w:b/>
        </w:rPr>
        <w:t>Postanowienia</w:t>
      </w:r>
      <w:proofErr w:type="spellEnd"/>
      <w:r w:rsidRPr="004752D0">
        <w:rPr>
          <w:b/>
        </w:rPr>
        <w:t xml:space="preserve"> </w:t>
      </w:r>
      <w:proofErr w:type="spellStart"/>
      <w:r w:rsidRPr="004752D0">
        <w:rPr>
          <w:b/>
        </w:rPr>
        <w:t>końcowe</w:t>
      </w:r>
      <w:proofErr w:type="spellEnd"/>
    </w:p>
    <w:p w:rsidR="008E617F" w:rsidRDefault="006163EC" w:rsidP="004752D0">
      <w:r>
        <w:t xml:space="preserve">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nieuregulowanych</w:t>
      </w:r>
      <w:proofErr w:type="spellEnd"/>
      <w:r>
        <w:t xml:space="preserve">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Regulamin</w:t>
      </w:r>
      <w:proofErr w:type="spellEnd"/>
      <w:r>
        <w:t xml:space="preserve"> </w:t>
      </w:r>
      <w:proofErr w:type="spellStart"/>
      <w:r>
        <w:t>projektu</w:t>
      </w:r>
      <w:proofErr w:type="spellEnd"/>
      <w:r w:rsidR="004752D0">
        <w:br/>
      </w:r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właściwe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Fundusze</w:t>
      </w:r>
      <w:proofErr w:type="spellEnd"/>
      <w:r>
        <w:t xml:space="preserve"> Europejskie dla Łódzkiego 2021-2027. Umowę sporządzono w dwóch jednobrzmiących egzemplarzach.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E617F">
        <w:tc>
          <w:tcPr>
            <w:tcW w:w="4320" w:type="dxa"/>
          </w:tcPr>
          <w:p w:rsidR="008E617F" w:rsidRDefault="006163EC">
            <w:r w:rsidRPr="004752D0">
              <w:rPr>
                <w:b/>
              </w:rPr>
              <w:t>Przedstawiciel ustawowy</w:t>
            </w:r>
            <w:r>
              <w:br/>
              <w:t>(rodzic/opiekun prawny)</w:t>
            </w:r>
          </w:p>
        </w:tc>
        <w:tc>
          <w:tcPr>
            <w:tcW w:w="4320" w:type="dxa"/>
          </w:tcPr>
          <w:p w:rsidR="008E617F" w:rsidRPr="004752D0" w:rsidRDefault="006163EC">
            <w:pPr>
              <w:rPr>
                <w:b/>
              </w:rPr>
            </w:pPr>
            <w:r w:rsidRPr="004752D0">
              <w:rPr>
                <w:b/>
              </w:rPr>
              <w:t>Realizator projektu</w:t>
            </w:r>
          </w:p>
        </w:tc>
      </w:tr>
      <w:tr w:rsidR="008E617F">
        <w:tc>
          <w:tcPr>
            <w:tcW w:w="4320" w:type="dxa"/>
          </w:tcPr>
          <w:p w:rsidR="008E617F" w:rsidRDefault="006163EC">
            <w:r>
              <w:br/>
            </w:r>
            <w:r>
              <w:br/>
              <w:t>........................................</w:t>
            </w:r>
          </w:p>
        </w:tc>
        <w:tc>
          <w:tcPr>
            <w:tcW w:w="4320" w:type="dxa"/>
          </w:tcPr>
          <w:p w:rsidR="008E617F" w:rsidRDefault="006163EC">
            <w:r>
              <w:br/>
            </w:r>
            <w:r>
              <w:br/>
              <w:t>........................................</w:t>
            </w:r>
          </w:p>
        </w:tc>
      </w:tr>
    </w:tbl>
    <w:p w:rsidR="006163EC" w:rsidRDefault="006163EC"/>
    <w:sectPr w:rsidR="006163EC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74F" w:rsidRDefault="0058074F" w:rsidP="005D4390">
      <w:pPr>
        <w:spacing w:after="0" w:line="240" w:lineRule="auto"/>
      </w:pPr>
      <w:r>
        <w:separator/>
      </w:r>
    </w:p>
  </w:endnote>
  <w:endnote w:type="continuationSeparator" w:id="0">
    <w:p w:rsidR="0058074F" w:rsidRDefault="0058074F" w:rsidP="005D4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74F" w:rsidRDefault="0058074F" w:rsidP="005D4390">
      <w:pPr>
        <w:spacing w:after="0" w:line="240" w:lineRule="auto"/>
      </w:pPr>
      <w:r>
        <w:separator/>
      </w:r>
    </w:p>
  </w:footnote>
  <w:footnote w:type="continuationSeparator" w:id="0">
    <w:p w:rsidR="0058074F" w:rsidRDefault="0058074F" w:rsidP="005D4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390" w:rsidRDefault="005D4390">
    <w:pPr>
      <w:pStyle w:val="Nagwek"/>
    </w:pPr>
    <w:r w:rsidRPr="00FA4A29">
      <w:rPr>
        <w:noProof/>
        <w:lang w:val="pl-PL" w:eastAsia="pl-PL"/>
      </w:rPr>
      <w:drawing>
        <wp:inline distT="0" distB="0" distL="0" distR="0" wp14:anchorId="7C8B6BF9" wp14:editId="0BBA2FF6">
          <wp:extent cx="5486400" cy="551543"/>
          <wp:effectExtent l="0" t="0" r="0" b="1270"/>
          <wp:docPr id="2" name="Obraz 2" descr="C:\Users\lukasz.slocinski\AppData\Local\Temp\5add487b-c51d-4ad9-8aa6-05560f8876f6_zestawienie-znakow-w-programie-regionalnym.zip.6f6\POZIOM\CMYK\KOLOR\zestawienie znakow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C:\Users\lukasz.slocinski\AppData\Local\Temp\5add487b-c51d-4ad9-8aa6-05560f8876f6_zestawienie-znakow-w-programie-regionalnym.zip.6f6\POZIOM\CMYK\KOLOR\zestawienie znakow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51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4390" w:rsidRDefault="005D43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30D38"/>
    <w:rsid w:val="0015074B"/>
    <w:rsid w:val="0029639D"/>
    <w:rsid w:val="002F3FFC"/>
    <w:rsid w:val="00326F90"/>
    <w:rsid w:val="003333E8"/>
    <w:rsid w:val="004752D0"/>
    <w:rsid w:val="0058074F"/>
    <w:rsid w:val="005D0B19"/>
    <w:rsid w:val="005D4390"/>
    <w:rsid w:val="006163EC"/>
    <w:rsid w:val="006F09E0"/>
    <w:rsid w:val="008E617F"/>
    <w:rsid w:val="009052B7"/>
    <w:rsid w:val="00AA1D8D"/>
    <w:rsid w:val="00B47730"/>
    <w:rsid w:val="00B635BC"/>
    <w:rsid w:val="00CB0664"/>
    <w:rsid w:val="00E02D7B"/>
    <w:rsid w:val="00FC693F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141E448-3BBA-401B-9949-59BD6D17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1D931D-2A96-4095-A537-5D242B9A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Szustakiewicz</dc:creator>
  <cp:keywords/>
  <dc:description>generated by python-docx</dc:description>
  <cp:lastModifiedBy>ACER</cp:lastModifiedBy>
  <cp:revision>4</cp:revision>
  <dcterms:created xsi:type="dcterms:W3CDTF">2026-08-04T09:59:00Z</dcterms:created>
  <dcterms:modified xsi:type="dcterms:W3CDTF">2026-08-04T11:42:00Z</dcterms:modified>
  <cp:category/>
</cp:coreProperties>
</file>