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DDCF6" w14:textId="074685E4" w:rsidR="0024452C" w:rsidRPr="0024452C" w:rsidRDefault="0024452C" w:rsidP="0024452C">
      <w:pPr>
        <w:jc w:val="right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Załą</w:t>
      </w:r>
      <w:r w:rsidRPr="0024452C">
        <w:rPr>
          <w:bCs/>
          <w:sz w:val="20"/>
          <w:szCs w:val="20"/>
        </w:rPr>
        <w:t>cznik</w:t>
      </w:r>
      <w:proofErr w:type="spellEnd"/>
      <w:r w:rsidRPr="0024452C">
        <w:rPr>
          <w:bCs/>
          <w:sz w:val="20"/>
          <w:szCs w:val="20"/>
        </w:rPr>
        <w:t xml:space="preserve"> </w:t>
      </w:r>
      <w:proofErr w:type="spellStart"/>
      <w:r w:rsidRPr="0024452C">
        <w:rPr>
          <w:bCs/>
          <w:sz w:val="20"/>
          <w:szCs w:val="20"/>
        </w:rPr>
        <w:t>nr</w:t>
      </w:r>
      <w:bookmarkStart w:id="0" w:name="_GoBack"/>
      <w:bookmarkEnd w:id="0"/>
      <w:proofErr w:type="spellEnd"/>
      <w:r w:rsidRPr="0024452C">
        <w:rPr>
          <w:bCs/>
          <w:sz w:val="20"/>
          <w:szCs w:val="20"/>
        </w:rPr>
        <w:t xml:space="preserve"> 4</w:t>
      </w:r>
    </w:p>
    <w:p w14:paraId="2BF5E313" w14:textId="6C27BCAB" w:rsidR="00AC1ABF" w:rsidRDefault="6A7977ED">
      <w:pPr>
        <w:jc w:val="center"/>
      </w:pPr>
      <w:r w:rsidRPr="6A7977ED">
        <w:rPr>
          <w:b/>
          <w:bCs/>
        </w:rPr>
        <w:t>UMOWA UCZESTNICTWA W SZKOLENIU DOSKONALĄCYM</w:t>
      </w:r>
      <w:r w:rsidR="008B57D4">
        <w:br/>
      </w:r>
      <w:r w:rsidRPr="6A7977ED">
        <w:rPr>
          <w:b/>
          <w:bCs/>
        </w:rPr>
        <w:t>W RAMACH PROJEKTU</w:t>
      </w:r>
    </w:p>
    <w:p w14:paraId="4D9B9BEE" w14:textId="6BD96FF2" w:rsidR="00AC1ABF" w:rsidRPr="00603C18" w:rsidRDefault="00603C18">
      <w:pPr>
        <w:jc w:val="center"/>
        <w:rPr>
          <w:i/>
        </w:rPr>
      </w:pPr>
      <w:r>
        <w:rPr>
          <w:b/>
          <w:bCs/>
        </w:rPr>
        <w:t xml:space="preserve"> </w:t>
      </w:r>
      <w:r w:rsidR="6A7977ED" w:rsidRPr="00603C18">
        <w:rPr>
          <w:b/>
          <w:bCs/>
          <w:i/>
        </w:rPr>
        <w:t xml:space="preserve">POKONUJĘ </w:t>
      </w:r>
      <w:r w:rsidRPr="00603C18">
        <w:rPr>
          <w:b/>
          <w:bCs/>
          <w:i/>
        </w:rPr>
        <w:t>BARIERY, INWESTUJĘ W PRZYSZŁOŚĆ</w:t>
      </w:r>
    </w:p>
    <w:p w14:paraId="505B147E" w14:textId="77777777" w:rsidR="00AC1ABF" w:rsidRDefault="008B57D4">
      <w:r>
        <w:t>Projekt nr FELD.08.07-IZ.00-0063/25</w:t>
      </w:r>
    </w:p>
    <w:p w14:paraId="4272D225" w14:textId="77777777" w:rsidR="00AC1ABF" w:rsidRDefault="008B57D4">
      <w:r>
        <w:br/>
      </w:r>
      <w:r w:rsidRPr="005C4EF3">
        <w:rPr>
          <w:b/>
        </w:rPr>
        <w:t>§1. Strony umowy</w:t>
      </w:r>
      <w:r>
        <w:br/>
        <w:t>Umowa zostaje zawarta pomiędzy Gminą Miasto Bełchatów – Beneficjentem projektu, realizowanym przez Szkołę Podstawową nr 1 im. Stanisława Jachowicza z Oddziałami Integracyjnymi w Bełchatowie, a nauczycielem uczestniczącym w projekcie.</w:t>
      </w:r>
    </w:p>
    <w:p w14:paraId="2A920200" w14:textId="77777777" w:rsidR="00AC1ABF" w:rsidRDefault="008B57D4">
      <w:r>
        <w:t>Dane uczestnika:</w:t>
      </w:r>
      <w:r>
        <w:br/>
        <w:t>Imię i nazwisko: ........................................................</w:t>
      </w:r>
      <w:r>
        <w:br/>
        <w:t>PESEL: ........................................................</w:t>
      </w:r>
      <w:r>
        <w:br/>
        <w:t>Stanowisko: ........................................................</w:t>
      </w:r>
    </w:p>
    <w:p w14:paraId="6E1E1514" w14:textId="2F8EB218" w:rsidR="00AC1ABF" w:rsidRDefault="008B57D4">
      <w:r w:rsidRPr="005C4EF3">
        <w:rPr>
          <w:b/>
        </w:rPr>
        <w:t>§2. Przedmiot umowy</w:t>
      </w:r>
      <w:r>
        <w:br/>
        <w:t xml:space="preserve">Przedmiotem umowy jest udział </w:t>
      </w:r>
      <w:proofErr w:type="spellStart"/>
      <w:r>
        <w:t>nauczy</w:t>
      </w:r>
      <w:r w:rsidR="005C4EF3">
        <w:t>ciela</w:t>
      </w:r>
      <w:proofErr w:type="spellEnd"/>
      <w:r w:rsidR="005C4EF3">
        <w:t xml:space="preserve"> w </w:t>
      </w:r>
      <w:proofErr w:type="spellStart"/>
      <w:r w:rsidR="005C4EF3">
        <w:t>szkoleniu</w:t>
      </w:r>
      <w:proofErr w:type="spellEnd"/>
      <w:r w:rsidR="005C4EF3">
        <w:t xml:space="preserve"> </w:t>
      </w:r>
      <w:proofErr w:type="spellStart"/>
      <w:r w:rsidR="005C4EF3">
        <w:t>doskonalącym</w:t>
      </w:r>
      <w:proofErr w:type="spellEnd"/>
      <w:r w:rsidR="005C4EF3">
        <w:t xml:space="preserve"> </w:t>
      </w:r>
      <w:proofErr w:type="spellStart"/>
      <w:r w:rsidRPr="005C4EF3">
        <w:rPr>
          <w:b/>
          <w:i/>
        </w:rPr>
        <w:t>Rola</w:t>
      </w:r>
      <w:proofErr w:type="spellEnd"/>
      <w:r w:rsidRPr="005C4EF3">
        <w:rPr>
          <w:b/>
          <w:i/>
        </w:rPr>
        <w:t xml:space="preserve"> </w:t>
      </w:r>
      <w:proofErr w:type="spellStart"/>
      <w:r w:rsidRPr="005C4EF3">
        <w:rPr>
          <w:b/>
          <w:i/>
        </w:rPr>
        <w:t>nauczyciela</w:t>
      </w:r>
      <w:proofErr w:type="spellEnd"/>
      <w:r w:rsidRPr="005C4EF3">
        <w:rPr>
          <w:b/>
          <w:i/>
        </w:rPr>
        <w:t xml:space="preserve"> w </w:t>
      </w:r>
      <w:proofErr w:type="spellStart"/>
      <w:r w:rsidRPr="005C4EF3">
        <w:rPr>
          <w:b/>
          <w:i/>
        </w:rPr>
        <w:t>kształtowaniu</w:t>
      </w:r>
      <w:proofErr w:type="spellEnd"/>
      <w:r w:rsidRPr="005C4EF3">
        <w:rPr>
          <w:b/>
          <w:i/>
        </w:rPr>
        <w:t xml:space="preserve"> </w:t>
      </w:r>
      <w:proofErr w:type="spellStart"/>
      <w:r w:rsidRPr="005C4EF3">
        <w:rPr>
          <w:b/>
          <w:i/>
        </w:rPr>
        <w:t>postaw</w:t>
      </w:r>
      <w:proofErr w:type="spellEnd"/>
      <w:r w:rsidRPr="005C4EF3">
        <w:rPr>
          <w:b/>
          <w:i/>
        </w:rPr>
        <w:t xml:space="preserve"> </w:t>
      </w:r>
      <w:proofErr w:type="spellStart"/>
      <w:r w:rsidRPr="005C4EF3">
        <w:rPr>
          <w:b/>
          <w:i/>
        </w:rPr>
        <w:t>antydyskryminacyjny</w:t>
      </w:r>
      <w:r w:rsidR="005C4EF3" w:rsidRPr="005C4EF3">
        <w:rPr>
          <w:b/>
          <w:i/>
        </w:rPr>
        <w:t>ch</w:t>
      </w:r>
      <w:proofErr w:type="spellEnd"/>
      <w:r w:rsidR="005C4EF3" w:rsidRPr="005C4EF3">
        <w:rPr>
          <w:b/>
          <w:i/>
        </w:rPr>
        <w:t xml:space="preserve"> </w:t>
      </w:r>
      <w:r>
        <w:t xml:space="preserve"> </w:t>
      </w:r>
      <w:proofErr w:type="spellStart"/>
      <w:r>
        <w:t>realizowanym</w:t>
      </w:r>
      <w:proofErr w:type="spellEnd"/>
      <w:r>
        <w:t xml:space="preserve"> w </w:t>
      </w:r>
      <w:proofErr w:type="spellStart"/>
      <w:r>
        <w:t>projekcie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Fundusze Europejskie dla Łódzkiego 2021-2027.</w:t>
      </w:r>
    </w:p>
    <w:p w14:paraId="7B8E5689" w14:textId="77777777" w:rsidR="00AC1ABF" w:rsidRDefault="008B57D4">
      <w:r w:rsidRPr="005C4EF3">
        <w:rPr>
          <w:b/>
        </w:rPr>
        <w:t>§3. Oświadczenia uczestnika</w:t>
      </w:r>
      <w:r>
        <w:br/>
        <w:t>1. Oświadczam, że zapoznałem/am się z Regulaminem projektu i akceptuję jego postanowienia.</w:t>
      </w:r>
      <w:r>
        <w:br/>
        <w:t>2. Potwierdzam spełnianie warunków udziału określonych w Regulaminie projektu.</w:t>
      </w:r>
      <w:r>
        <w:br/>
        <w:t>3. Potwierdzam prawdziwość danych przekazanych w dokumentacji rekrutacyjnej.</w:t>
      </w:r>
      <w:r>
        <w:br/>
        <w:t>4. Zobowiązuję się do informowania Realizatora projektu o zmianach danych mających wpływ na realizację wsparcia.</w:t>
      </w:r>
    </w:p>
    <w:p w14:paraId="1DB4BFF3" w14:textId="77777777" w:rsidR="00AC1ABF" w:rsidRDefault="008B57D4">
      <w:r w:rsidRPr="005C4EF3">
        <w:rPr>
          <w:b/>
        </w:rPr>
        <w:t>§4. Prawa i obowiązki uczestnika</w:t>
      </w:r>
      <w:r>
        <w:br/>
        <w:t>1. Udział w szkoleniu jest bezpłatny.</w:t>
      </w:r>
      <w:r>
        <w:br/>
        <w:t>2. Uczestnik zobowiązuje się do aktywnego uczestnictwa w szkoleniu i potwierdzania obecności na listach obecności.</w:t>
      </w:r>
      <w:r>
        <w:br/>
        <w:t xml:space="preserve">3. Uczestnik zobowiązuje się do udziału w testach wiedzy przed i po szkoleniu </w:t>
      </w:r>
      <w:r>
        <w:lastRenderedPageBreak/>
        <w:t>oraz innych działaniach ewaluacyjnych przewidzianych w projekcie.</w:t>
      </w:r>
      <w:r>
        <w:br/>
        <w:t>4. Uczestnik zobowiązuje się do przekazywania informacji niezbędnych do monitorowania wskaźników projektu.</w:t>
      </w:r>
    </w:p>
    <w:p w14:paraId="1461AB21" w14:textId="77777777" w:rsidR="00AC1ABF" w:rsidRDefault="008B57D4">
      <w:r w:rsidRPr="005C4EF3">
        <w:rPr>
          <w:b/>
        </w:rPr>
        <w:t>§5. Monitoring rezultatów</w:t>
      </w:r>
      <w:r>
        <w:br/>
        <w:t>Uczestnik zobowiązuje się do przekazania informacji dotyczących swojej sytuacji po zakończeniu udziału w projekcie, w terminie do 4 tygodni od zakończenia udziału.</w:t>
      </w:r>
    </w:p>
    <w:p w14:paraId="109D75A1" w14:textId="77777777" w:rsidR="00AC1ABF" w:rsidRDefault="008B57D4">
      <w:r w:rsidRPr="005C4EF3">
        <w:rPr>
          <w:b/>
        </w:rPr>
        <w:t>§6. Ochrona danych osobowych</w:t>
      </w:r>
      <w:r>
        <w:br/>
        <w:t>Uczestnik potwierdza otrzymanie Klauzuli Informacyjnej RODO oraz Deklaracji uczestnictwa w szkoleniu i przyjmuje do wiadomości zasady przetwarzania danych osobowych w projekcie.</w:t>
      </w:r>
    </w:p>
    <w:p w14:paraId="6E6E46B5" w14:textId="77777777" w:rsidR="00AC1ABF" w:rsidRDefault="008B57D4">
      <w:r w:rsidRPr="005C4EF3">
        <w:rPr>
          <w:b/>
        </w:rPr>
        <w:t>§7. Postanowienia końcowe</w:t>
      </w:r>
      <w:r>
        <w:br/>
        <w:t>1. W sprawach nieuregulowanych niniejszą umową zastosowanie mają postanowienia Regulaminu projektu oraz przepisy dotyczące realizacji Programu Fundusze Europejskie dla Łódzkiego 2021-2027.</w:t>
      </w:r>
      <w:r>
        <w:br/>
        <w:t>2. Umowę sporządzono w dwóch jednobrzmiących egzemplarzach, po jednym dla każdej ze stron.</w:t>
      </w:r>
      <w: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1ABF" w14:paraId="1CFB1BD6" w14:textId="77777777">
        <w:tc>
          <w:tcPr>
            <w:tcW w:w="4320" w:type="dxa"/>
          </w:tcPr>
          <w:p w14:paraId="1683BDB5" w14:textId="77777777" w:rsidR="00AC1ABF" w:rsidRDefault="008B57D4">
            <w:r>
              <w:t>Uczestnik szkolenia</w:t>
            </w:r>
          </w:p>
        </w:tc>
        <w:tc>
          <w:tcPr>
            <w:tcW w:w="4320" w:type="dxa"/>
          </w:tcPr>
          <w:p w14:paraId="4D617DBD" w14:textId="77777777" w:rsidR="00AC1ABF" w:rsidRDefault="008B57D4">
            <w:r>
              <w:t>Realizator projektu</w:t>
            </w:r>
          </w:p>
        </w:tc>
      </w:tr>
      <w:tr w:rsidR="00AC1ABF" w14:paraId="00014BEC" w14:textId="77777777">
        <w:tc>
          <w:tcPr>
            <w:tcW w:w="4320" w:type="dxa"/>
          </w:tcPr>
          <w:p w14:paraId="615AB17C" w14:textId="77777777" w:rsidR="00AC1ABF" w:rsidRDefault="008B57D4">
            <w:r>
              <w:br/>
            </w:r>
            <w:r>
              <w:br/>
              <w:t>........................................</w:t>
            </w:r>
          </w:p>
        </w:tc>
        <w:tc>
          <w:tcPr>
            <w:tcW w:w="4320" w:type="dxa"/>
          </w:tcPr>
          <w:p w14:paraId="3D052FC9" w14:textId="77777777" w:rsidR="00AC1ABF" w:rsidRDefault="008B57D4">
            <w:r>
              <w:br/>
            </w:r>
            <w:r>
              <w:br/>
              <w:t>........................................</w:t>
            </w:r>
          </w:p>
        </w:tc>
      </w:tr>
    </w:tbl>
    <w:p w14:paraId="412054C7" w14:textId="10530D0D" w:rsidR="008B57D4" w:rsidRDefault="008B57D4"/>
    <w:p w14:paraId="5D286664" w14:textId="0443DA10" w:rsidR="005C4EF3" w:rsidRDefault="005C4EF3">
      <w:proofErr w:type="spellStart"/>
      <w:r>
        <w:t>Bełchatów</w:t>
      </w:r>
      <w:proofErr w:type="spellEnd"/>
      <w:r>
        <w:t>, ……………………………………………………..</w:t>
      </w:r>
    </w:p>
    <w:sectPr w:rsidR="005C4EF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81831" w14:textId="77777777" w:rsidR="00AC3F86" w:rsidRDefault="00AC3F86" w:rsidP="005C4EF3">
      <w:pPr>
        <w:spacing w:after="0" w:line="240" w:lineRule="auto"/>
      </w:pPr>
      <w:r>
        <w:separator/>
      </w:r>
    </w:p>
  </w:endnote>
  <w:endnote w:type="continuationSeparator" w:id="0">
    <w:p w14:paraId="4FE4C6F1" w14:textId="77777777" w:rsidR="00AC3F86" w:rsidRDefault="00AC3F86" w:rsidP="005C4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F4DD" w14:textId="77777777" w:rsidR="005C4EF3" w:rsidRDefault="005C4E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EABA5" w14:textId="77777777" w:rsidR="005C4EF3" w:rsidRDefault="005C4E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B19E1" w14:textId="77777777" w:rsidR="005C4EF3" w:rsidRDefault="005C4E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C66BF" w14:textId="77777777" w:rsidR="00AC3F86" w:rsidRDefault="00AC3F86" w:rsidP="005C4EF3">
      <w:pPr>
        <w:spacing w:after="0" w:line="240" w:lineRule="auto"/>
      </w:pPr>
      <w:r>
        <w:separator/>
      </w:r>
    </w:p>
  </w:footnote>
  <w:footnote w:type="continuationSeparator" w:id="0">
    <w:p w14:paraId="0E7606F7" w14:textId="77777777" w:rsidR="00AC3F86" w:rsidRDefault="00AC3F86" w:rsidP="005C4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7F806" w14:textId="77777777" w:rsidR="005C4EF3" w:rsidRDefault="005C4E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C7E6B" w14:textId="075DB132" w:rsidR="005C4EF3" w:rsidRDefault="005C4EF3">
    <w:pPr>
      <w:pStyle w:val="Nagwek"/>
    </w:pPr>
    <w:r>
      <w:rPr>
        <w:noProof/>
        <w:lang w:val="pl-PL" w:eastAsia="pl-PL"/>
      </w:rPr>
      <w:drawing>
        <wp:inline distT="0" distB="0" distL="0" distR="0" wp14:anchorId="55FDD6C6" wp14:editId="1D72DE1E">
          <wp:extent cx="5486400" cy="638024"/>
          <wp:effectExtent l="0" t="0" r="0" b="0"/>
          <wp:docPr id="2" name="Obraz 2" descr="C:\Users\ACER\OneDrive\Pulpit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ER\OneDrive\Pulpit\zestawienie znakow k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4D8F3D" w14:textId="77777777" w:rsidR="005C4EF3" w:rsidRDefault="005C4E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0882" w14:textId="77777777" w:rsidR="005C4EF3" w:rsidRDefault="005C4E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4452C"/>
    <w:rsid w:val="0029639D"/>
    <w:rsid w:val="00326F90"/>
    <w:rsid w:val="004E435D"/>
    <w:rsid w:val="005C4EF3"/>
    <w:rsid w:val="00603C18"/>
    <w:rsid w:val="008B57D4"/>
    <w:rsid w:val="00AA1D8D"/>
    <w:rsid w:val="00AC1ABF"/>
    <w:rsid w:val="00AC3F86"/>
    <w:rsid w:val="00B47730"/>
    <w:rsid w:val="00CB0664"/>
    <w:rsid w:val="00D11548"/>
    <w:rsid w:val="00F52220"/>
    <w:rsid w:val="00FC693F"/>
    <w:rsid w:val="6A79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F35A1B0-2BC6-4DCE-933C-E63C701A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17A69B-1154-4BEE-A344-2B4A215F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Szustakiewicz</dc:creator>
  <cp:keywords/>
  <dc:description>generated by python-docx</dc:description>
  <cp:lastModifiedBy>ACER</cp:lastModifiedBy>
  <cp:revision>3</cp:revision>
  <dcterms:created xsi:type="dcterms:W3CDTF">2026-08-04T09:57:00Z</dcterms:created>
  <dcterms:modified xsi:type="dcterms:W3CDTF">2026-08-04T11:30:00Z</dcterms:modified>
  <cp:category/>
</cp:coreProperties>
</file>